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Patient Outreach Healthcare - Employment Application</w:t>
      </w:r>
    </w:p>
    <w:p>
      <w:r>
        <w:t>Thank you for your interest in joining Patient Outreach Healthcare. Please complete the application below accurately and submit it with your resume to info@patientoutreachhealthcare.com.</w:t>
      </w:r>
    </w:p>
    <w:p>
      <w:pPr>
        <w:pStyle w:val="Heading2"/>
      </w:pPr>
      <w:r>
        <w:t>Personal Information</w:t>
      </w:r>
    </w:p>
    <w:p>
      <w:r>
        <w:t>Full Name: _______________________________________________</w:t>
      </w:r>
    </w:p>
    <w:p>
      <w:r>
        <w:t>Date of Birth (MM/DD/YYYY): _______________________________</w:t>
      </w:r>
    </w:p>
    <w:p>
      <w:r>
        <w:t>Address: _________________________________________________</w:t>
      </w:r>
    </w:p>
    <w:p>
      <w:r>
        <w:t>City: ___________________  State: ______  Zip Code: _______</w:t>
      </w:r>
    </w:p>
    <w:p>
      <w:r>
        <w:t>Phone Number: ___________________________________________</w:t>
      </w:r>
    </w:p>
    <w:p>
      <w:r>
        <w:t>Email Address: ___________________________________________</w:t>
      </w:r>
    </w:p>
    <w:p>
      <w:r>
        <w:t>Social Security Number (Last 4 Digits): ____-____-____-____</w:t>
      </w:r>
    </w:p>
    <w:p>
      <w:r>
        <w:t>Emergency Contact (Name &amp; Phone): _________________________</w:t>
      </w:r>
    </w:p>
    <w:p>
      <w:pPr>
        <w:pStyle w:val="Heading2"/>
      </w:pPr>
      <w:r>
        <w:t>Position Information</w:t>
      </w:r>
    </w:p>
    <w:p>
      <w:r>
        <w:t>Position Applied For: ____________________________________</w:t>
      </w:r>
    </w:p>
    <w:p>
      <w:r>
        <w:t>Available Start Date: ___________________________________</w:t>
      </w:r>
    </w:p>
    <w:p>
      <w:r>
        <w:t>Desired Employment:  ☐ Full-Time   ☐ Part-Time   ☐ PRN</w:t>
      </w:r>
    </w:p>
    <w:p>
      <w:r>
        <w:t>Are you legally eligible to work in the U.S.? ☐ Yes  ☐ No</w:t>
      </w:r>
    </w:p>
    <w:p>
      <w:r>
        <w:t>Do you have reliable transportation? ☐ Yes  ☐ No</w:t>
      </w:r>
    </w:p>
    <w:p>
      <w:pPr>
        <w:pStyle w:val="Heading2"/>
      </w:pPr>
      <w:r>
        <w:t>Education Background</w:t>
      </w:r>
    </w:p>
    <w:p>
      <w:r>
        <w:t>High School: _____________________________________________</w:t>
      </w:r>
    </w:p>
    <w:p>
      <w:r>
        <w:t>Graduated? ☐ Yes  ☐ No</w:t>
      </w:r>
    </w:p>
    <w:p>
      <w:r>
        <w:t>College/University: ______________________________________</w:t>
      </w:r>
    </w:p>
    <w:p>
      <w:r>
        <w:t>Degree/Certification: ___________________________________</w:t>
      </w:r>
    </w:p>
    <w:p>
      <w:r>
        <w:t>Other Training/Certifications: __________________________</w:t>
      </w:r>
    </w:p>
    <w:p>
      <w:pPr>
        <w:pStyle w:val="Heading2"/>
      </w:pPr>
      <w:r>
        <w:t>Work Experience (Most Recent First)</w:t>
      </w:r>
    </w:p>
    <w:p>
      <w:r>
        <w:t>Employer: ________________________________________________</w:t>
      </w:r>
    </w:p>
    <w:p>
      <w:r>
        <w:t>Position: ________________________________________________</w:t>
      </w:r>
    </w:p>
    <w:p>
      <w:r>
        <w:t>Dates Employed: __________________________________________</w:t>
      </w:r>
    </w:p>
    <w:p>
      <w:r>
        <w:t>Reason for Leaving: ______________________________________</w:t>
      </w:r>
    </w:p>
    <w:p>
      <w:r>
        <w:t>Supervisor Name &amp; Contact: ______________________________</w:t>
      </w:r>
    </w:p>
    <w:p>
      <w:r>
        <w:t>Employer: ________________________________________________</w:t>
      </w:r>
    </w:p>
    <w:p>
      <w:r>
        <w:t>Position: ________________________________________________</w:t>
      </w:r>
    </w:p>
    <w:p>
      <w:r>
        <w:t>Dates Employed: __________________________________________</w:t>
      </w:r>
    </w:p>
    <w:p>
      <w:r>
        <w:t>Reason for Leaving: ______________________________________</w:t>
      </w:r>
    </w:p>
    <w:p>
      <w:r>
        <w:t>Supervisor Name &amp; Contact: ______________________________</w:t>
      </w:r>
    </w:p>
    <w:p>
      <w:pPr>
        <w:pStyle w:val="Heading2"/>
      </w:pPr>
      <w:r>
        <w:t>Professional References</w:t>
      </w:r>
    </w:p>
    <w:p>
      <w:r>
        <w:t>Reference Name: ______________________ Phone: ____________ Relationship: __________</w:t>
      </w:r>
    </w:p>
    <w:p>
      <w:r>
        <w:t>Reference Name: ______________________ Phone: ____________ Relationship: __________</w:t>
      </w:r>
    </w:p>
    <w:p>
      <w:r>
        <w:t>Reference Name: ______________________ Phone: ____________ Relationship: __________</w:t>
      </w:r>
    </w:p>
    <w:p>
      <w:pPr>
        <w:pStyle w:val="Heading2"/>
      </w:pPr>
      <w:r>
        <w:t>Applicant Certification</w:t>
      </w:r>
    </w:p>
    <w:p>
      <w:r>
        <w:t>I certify that the information provided in this application is true and complete to the best of my knowledge. I understand that false or misleading information may result in disqualification from employment consideration or termination if employed.</w:t>
      </w:r>
    </w:p>
    <w:p>
      <w:r>
        <w:t>Signature: _____________________________________   Date: _______________</w:t>
      </w:r>
    </w:p>
    <w:p>
      <w:r>
        <w:rPr>
          <w:b/>
        </w:rPr>
        <w:t>Note: Attach your resume, and submit it to info@patientoutreachhealthcare.com to apply today.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